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חיה – מדור לדור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מורשת ומה ההבדל בין מורשת מוחשית לבלתי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תחנות מורשת לאורך השנה העברית ממגוון קהילות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המורשת האישית והמשפחתית של כל תלמיד ותלמידה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מה שעובר מדור לדור – מוחשי ובלתי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כולן מהשורש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חפץ משפחתי כמו תמונה ישנה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מילה ששמעו מסבתא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בכ״ט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קציר, ביכורים ומילה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ברעיון המרכזי של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מורשת ממרוקו, אתיופיה, תימן, אשכנז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שבת חוזרת כל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חג הפסח כתחנת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סיגד בתחנות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ערך הוא מורשת בלתי מוחשית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המורשת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סוכות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חג ותיאורו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(שופר וטעם הדבש)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(שקט וסליחה)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(דלת פתוחה וגג סכך)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(שורשים ופירות)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(מסכות וחסד)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(עליה להר וגעגוע)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תחנות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השנה (תשרי)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סוכות ושמחת תורה (תשרי)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סיגד (חשוון)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חנוכה (כסלו-טבת)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ט״ו בשבט (שבט)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פסח (ניסן)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תיאור הפריט/מנהג, הסבר למי שייך, סיווג מוחשי או בלתי מוחשי עם הנמקה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אישית: שם חג, מנהג נבחר, נימוק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מבדיל נכון בין מוחשי לבלתי מוחשי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מזהה לפחות חג אחד ואת התיאור שלו מהתחנות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מסביר שהשורש קשור למילים ירושה, יורש,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הפעלת הדף כדאי לוודא שהתלמידים הכירו את המושגים מוחשי ובלתי מוחשי בשיעור קודם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להוסיף דוגמאות מהקהילות השונות שהוזכרו (מרוקו, אתיופיה, תימן, אשכנז) כדי להעשיר את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האישית מתאימה גם לעבודה מקדימה לקראת פרויקט המורשת שלי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חיה – מדור לדור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מורשת היא כל מה שעובר אלינו מהדורות הקודמים – חפצים, מנהגים, ניגונים, מתכונים וערכים. בדף הזה נתרגל את המושגים האלה ונכיר תחנות מורשת לאורך השנה.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חפצים עתיקים בארון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שעובר מדור לדור – מוחשי ובלתי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מתכונים של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שכתבה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משותף למילים ירושה, יורש ומורשת?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כולן קשורות לכסף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כולן מהשורש י־ר־ש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כולן מילים בארמית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דוגמה למורשת מוחשית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ניגון של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חפץ משפחתי כמו תמונה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ערך כמו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מנהג של אירוח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דוגמה למורשת בלתי מוחשית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תכשיט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ששמעו מסבתא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צילום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חוגגים את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בחג השבועות?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קציר, ביכורים ומילה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צום ותשובה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הדלקת נרות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ישיבה בסוכה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חיה נשארת חיה רק אם מספרים עליה, שרים אותה או מעבירים אותה הלאה.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שייכת רק לקהילה אחת בעם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שבת היא תחנת מורשת שחוזרת רק פעם בשנה.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פסח מתואר כסיפור שכל דור מספר מחדש.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סיגד הוא מנהג שקשור לעליה להר ולגעגוע.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ערך שמלווה משפחה שלמה הוא דוגמה למורשת מוחשית.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מורשת היא מה שעובר מ__________ לדור.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חג ה__________ מתואר כתחנה של התחלות, עם שופר ודבש.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מדליקים שמונה נרות ומספרים אלפי סיפורים.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פרויקט אישי שבו תלמידים מראיינים בני משפחה ומביאים חפץ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יום כיפור מתואר כתחנה של שקט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הוא חג שבו יש דלת פתוחה וגג של סכך.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חג ותיאורו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מסכות וחסד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כיפור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שופר וטעם הדבש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סוכות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שורשים ופירות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ט״ו בשבט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עליה להר וגעגוע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שקט וסליחה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דלת פתוחה וגג סכך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תחנות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סוכות ושמחת תורה (תשרי)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פסח (ניסן)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(כסלו-טבת)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ט״ו בשבט (שבט)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סיגד (חשוון)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השנה (תשרי)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חפץ, מנהג או מתכון שעובר במשפחה שלכם מדור לדור. הוא מוחשי או בלתי מוחשי?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חג אחד מהתחנות שלמדתם וכתבו איזה מנהג בו הוא לדעתכם הכי חשוב להמשיך,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מורשת מוחשית לבלתי מוחשית? תנו דוגמה לכל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חג אחד ותחנה שהוא מייצג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משמעות השורש י־ר־ש?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מורשת חיה – מדור לדור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